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  <w:jc w:val="center"/>
      </w:pPr>
      <w:r>
        <w:t>🍟 网红狼牙土豆 - 夜市爆款配方</w:t>
      </w:r>
    </w:p>
    <w:p>
      <w:r>
        <w:rPr>
          <w:b/>
        </w:rPr>
        <w:t>📍 项目定位：</w:t>
      </w:r>
      <w:r>
        <w:t>夜市/路边摊爆款小吃，适合学校门口、商业街、地铁口等高人流量点位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7719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小吃配方__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1"/>
      </w:pPr>
      <w:r>
        <w:t>💰 成本利润分析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📊 项目</w:t>
            </w:r>
          </w:p>
        </w:tc>
        <w:tc>
          <w:tcPr>
            <w:tcW w:type="dxa" w:w="4320"/>
          </w:tcPr>
          <w:p>
            <w:r>
              <w:t>💵 金额</w:t>
            </w:r>
          </w:p>
        </w:tc>
      </w:tr>
      <w:tr>
        <w:tc>
          <w:tcPr>
            <w:tcW w:type="dxa" w:w="4320"/>
          </w:tcPr>
          <w:p>
            <w:r>
              <w:t>食材成本</w:t>
            </w:r>
          </w:p>
        </w:tc>
        <w:tc>
          <w:tcPr>
            <w:tcW w:type="dxa" w:w="4320"/>
          </w:tcPr>
          <w:p>
            <w:r>
              <w:t>1.5元/份</w:t>
            </w:r>
          </w:p>
        </w:tc>
      </w:tr>
      <w:tr>
        <w:tc>
          <w:tcPr>
            <w:tcW w:type="dxa" w:w="4320"/>
          </w:tcPr>
          <w:p>
            <w:r>
              <w:t>建议售价</w:t>
            </w:r>
          </w:p>
        </w:tc>
        <w:tc>
          <w:tcPr>
            <w:tcW w:type="dxa" w:w="4320"/>
          </w:tcPr>
          <w:p>
            <w:r>
              <w:t>10元/份</w:t>
            </w:r>
          </w:p>
        </w:tc>
      </w:tr>
      <w:tr>
        <w:tc>
          <w:tcPr>
            <w:tcW w:type="dxa" w:w="4320"/>
          </w:tcPr>
          <w:p>
            <w:r>
              <w:t>毛利率</w:t>
            </w:r>
          </w:p>
        </w:tc>
        <w:tc>
          <w:tcPr>
            <w:tcW w:type="dxa" w:w="4320"/>
          </w:tcPr>
          <w:p>
            <w:r>
              <w:t>85%+</w:t>
            </w:r>
          </w:p>
        </w:tc>
      </w:tr>
    </w:tbl>
    <w:p/>
    <w:p>
      <w:pPr>
        <w:pStyle w:val="Heading1"/>
      </w:pPr>
      <w:r>
        <w:t>📝 食材清单（1份）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880"/>
        <w:gridCol w:w="2880"/>
        <w:gridCol w:w="2880"/>
      </w:tblGrid>
      <w:tr>
        <w:tc>
          <w:tcPr>
            <w:tcW w:type="dxa" w:w="2880"/>
          </w:tcPr>
          <w:p>
            <w:r>
              <w:t>食材</w:t>
            </w:r>
          </w:p>
        </w:tc>
        <w:tc>
          <w:tcPr>
            <w:tcW w:type="dxa" w:w="2880"/>
          </w:tcPr>
          <w:p>
            <w:r>
              <w:t>用量</w:t>
            </w:r>
          </w:p>
        </w:tc>
        <w:tc>
          <w:tcPr>
            <w:tcW w:type="dxa" w:w="2880"/>
          </w:tcPr>
          <w:p>
            <w:r>
              <w:t>预估成本</w:t>
            </w:r>
          </w:p>
        </w:tc>
      </w:tr>
      <w:tr>
        <w:tc>
          <w:tcPr>
            <w:tcW w:type="dxa" w:w="2880"/>
          </w:tcPr>
          <w:p>
            <w:r>
              <w:t>土豆</w:t>
            </w:r>
          </w:p>
        </w:tc>
        <w:tc>
          <w:tcPr>
            <w:tcW w:type="dxa" w:w="2880"/>
          </w:tcPr>
          <w:p>
            <w:r>
              <w:t>300g</w:t>
            </w:r>
          </w:p>
        </w:tc>
        <w:tc>
          <w:tcPr>
            <w:tcW w:type="dxa" w:w="2880"/>
          </w:tcPr>
          <w:p>
            <w:r>
              <w:t>约0.6元</w:t>
            </w:r>
          </w:p>
        </w:tc>
      </w:tr>
      <w:tr>
        <w:tc>
          <w:tcPr>
            <w:tcW w:type="dxa" w:w="2880"/>
          </w:tcPr>
          <w:p>
            <w:r>
              <w:t>食用油</w:t>
            </w:r>
          </w:p>
        </w:tc>
        <w:tc>
          <w:tcPr>
            <w:tcW w:type="dxa" w:w="2880"/>
          </w:tcPr>
          <w:p>
            <w:r>
              <w:t>适量</w:t>
            </w:r>
          </w:p>
        </w:tc>
        <w:tc>
          <w:tcPr>
            <w:tcW w:type="dxa" w:w="2880"/>
          </w:tcPr>
          <w:p>
            <w:r>
              <w:t>约0.2元</w:t>
            </w:r>
          </w:p>
        </w:tc>
      </w:tr>
      <w:tr>
        <w:tc>
          <w:tcPr>
            <w:tcW w:type="dxa" w:w="2880"/>
          </w:tcPr>
          <w:p>
            <w:r>
              <w:t>辣椒面</w:t>
            </w:r>
          </w:p>
        </w:tc>
        <w:tc>
          <w:tcPr>
            <w:tcW w:type="dxa" w:w="2880"/>
          </w:tcPr>
          <w:p>
            <w:r>
              <w:t>5g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孜然粉</w:t>
            </w:r>
          </w:p>
        </w:tc>
        <w:tc>
          <w:tcPr>
            <w:tcW w:type="dxa" w:w="2880"/>
          </w:tcPr>
          <w:p>
            <w:r>
              <w:t>3g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花椒粉</w:t>
            </w:r>
          </w:p>
        </w:tc>
        <w:tc>
          <w:tcPr>
            <w:tcW w:type="dxa" w:w="2880"/>
          </w:tcPr>
          <w:p>
            <w:r>
              <w:t>1g</w:t>
            </w:r>
          </w:p>
        </w:tc>
        <w:tc>
          <w:tcPr>
            <w:tcW w:type="dxa" w:w="2880"/>
          </w:tcPr>
          <w:p>
            <w:r>
              <w:t>约0.05元</w:t>
            </w:r>
          </w:p>
        </w:tc>
      </w:tr>
      <w:tr>
        <w:tc>
          <w:tcPr>
            <w:tcW w:type="dxa" w:w="2880"/>
          </w:tcPr>
          <w:p>
            <w:r>
              <w:t>蒜末</w:t>
            </w:r>
          </w:p>
        </w:tc>
        <w:tc>
          <w:tcPr>
            <w:tcW w:type="dxa" w:w="2880"/>
          </w:tcPr>
          <w:p>
            <w:r>
              <w:t>5g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葱花</w:t>
            </w:r>
          </w:p>
        </w:tc>
        <w:tc>
          <w:tcPr>
            <w:tcW w:type="dxa" w:w="2880"/>
          </w:tcPr>
          <w:p>
            <w:r>
              <w:t>5g</w:t>
            </w:r>
          </w:p>
        </w:tc>
        <w:tc>
          <w:tcPr>
            <w:tcW w:type="dxa" w:w="2880"/>
          </w:tcPr>
          <w:p>
            <w:r>
              <w:t>约0.05元</w:t>
            </w:r>
          </w:p>
        </w:tc>
      </w:tr>
      <w:tr>
        <w:tc>
          <w:tcPr>
            <w:tcW w:type="dxa" w:w="2880"/>
          </w:tcPr>
          <w:p>
            <w:r>
              <w:t>香菜</w:t>
            </w:r>
          </w:p>
        </w:tc>
        <w:tc>
          <w:tcPr>
            <w:tcW w:type="dxa" w:w="2880"/>
          </w:tcPr>
          <w:p>
            <w:r>
              <w:t>5g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生抽</w:t>
            </w:r>
          </w:p>
        </w:tc>
        <w:tc>
          <w:tcPr>
            <w:tcW w:type="dxa" w:w="2880"/>
          </w:tcPr>
          <w:p>
            <w:r>
              <w:t>10g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香醋</w:t>
            </w:r>
          </w:p>
        </w:tc>
        <w:tc>
          <w:tcPr>
            <w:tcW w:type="dxa" w:w="2880"/>
          </w:tcPr>
          <w:p>
            <w:r>
              <w:t>5g</w:t>
            </w:r>
          </w:p>
        </w:tc>
        <w:tc>
          <w:tcPr>
            <w:tcW w:type="dxa" w:w="2880"/>
          </w:tcPr>
          <w:p>
            <w:r>
              <w:t>约0.05元</w:t>
            </w:r>
          </w:p>
        </w:tc>
      </w:tr>
      <w:tr>
        <w:tc>
          <w:tcPr>
            <w:tcW w:type="dxa" w:w="2880"/>
          </w:tcPr>
          <w:p>
            <w:r>
              <w:t>香油</w:t>
            </w:r>
          </w:p>
        </w:tc>
        <w:tc>
          <w:tcPr>
            <w:tcW w:type="dxa" w:w="2880"/>
          </w:tcPr>
          <w:p>
            <w:r>
              <w:t>3g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红油</w:t>
            </w:r>
          </w:p>
        </w:tc>
        <w:tc>
          <w:tcPr>
            <w:tcW w:type="dxa" w:w="2880"/>
          </w:tcPr>
          <w:p>
            <w:r>
              <w:t>10g</w:t>
            </w:r>
          </w:p>
        </w:tc>
        <w:tc>
          <w:tcPr>
            <w:tcW w:type="dxa" w:w="2880"/>
          </w:tcPr>
          <w:p>
            <w:r>
              <w:t>约0.1元</w:t>
            </w:r>
          </w:p>
        </w:tc>
      </w:tr>
      <w:tr>
        <w:tc>
          <w:tcPr>
            <w:tcW w:type="dxa" w:w="2880"/>
          </w:tcPr>
          <w:p>
            <w:r>
              <w:t>熟芝麻</w:t>
            </w:r>
          </w:p>
        </w:tc>
        <w:tc>
          <w:tcPr>
            <w:tcW w:type="dxa" w:w="2880"/>
          </w:tcPr>
          <w:p>
            <w:r>
              <w:t>3g</w:t>
            </w:r>
          </w:p>
        </w:tc>
        <w:tc>
          <w:tcPr>
            <w:tcW w:type="dxa" w:w="2880"/>
          </w:tcPr>
          <w:p>
            <w:r>
              <w:t>约0.05元</w:t>
            </w:r>
          </w:p>
        </w:tc>
      </w:tr>
    </w:tbl>
    <w:p/>
    <w:p>
      <w:pPr>
        <w:pStyle w:val="Heading1"/>
      </w:pPr>
      <w:r>
        <w:t>👨‍🍳 详细制作步骤</w:t>
      </w:r>
    </w:p>
    <w:p>
      <w:r>
        <w:rPr>
          <w:b/>
        </w:rPr>
        <w:t>Step 1 - 土豆处理：</w:t>
      </w:r>
      <w:r>
        <w:t>土豆去皮，用狼牙刀切成均匀的波浪条（约1cm厚）</w:t>
      </w:r>
    </w:p>
    <w:p>
      <w:r>
        <w:rPr>
          <w:b/>
        </w:rPr>
        <w:t>Step 2 - 去除淀粉：</w:t>
      </w:r>
      <w:r>
        <w:t>切好的土豆条放入清水中浸泡10分钟，洗掉表面淀粉，捞出沥干</w:t>
      </w:r>
    </w:p>
    <w:p>
      <w:r>
        <w:rPr>
          <w:b/>
        </w:rPr>
        <w:t>Step 3 - 油炸：</w:t>
      </w:r>
      <w:r>
        <w:t>锅中倒入适量食用油，油温六成热时，下入土豆条，中小火炸3分钟至表面微黄，捞出</w:t>
      </w:r>
    </w:p>
    <w:p>
      <w:r>
        <w:rPr>
          <w:b/>
        </w:rPr>
        <w:t>Step 4 - 复炸：</w:t>
      </w:r>
      <w:r>
        <w:t>油温升高后复炸30秒，炸至金黄酥脆，捞出控油</w:t>
      </w:r>
    </w:p>
    <w:p>
      <w:r>
        <w:rPr>
          <w:b/>
        </w:rPr>
        <w:t>Step 5 - 调味：</w:t>
      </w:r>
      <w:r>
        <w:t>将炸好的土豆条放入大碗中，加入蒜末、辣椒面、孜然粉、花椒粉、生抽、香醋</w:t>
      </w:r>
    </w:p>
    <w:p>
      <w:r>
        <w:rPr>
          <w:b/>
        </w:rPr>
        <w:t>Step 6 - 拌匀：</w:t>
      </w:r>
      <w:r>
        <w:t>戴上手套充分翻拌均匀，让每根土豆条都裹满调料</w:t>
      </w:r>
    </w:p>
    <w:p>
      <w:r>
        <w:rPr>
          <w:b/>
        </w:rPr>
        <w:t>Step 7 - 装盘：</w:t>
      </w:r>
      <w:r>
        <w:t>装入纸碗/纸盒，撒上葱花、香菜、熟芝麻，淋上红油和香油即可出摊</w:t>
      </w:r>
    </w:p>
    <w:p/>
    <w:p>
      <w:pPr>
        <w:pStyle w:val="Heading1"/>
      </w:pPr>
      <w:r>
        <w:t>💡 经营技巧</w:t>
      </w:r>
    </w:p>
    <w:p>
      <w:pPr>
        <w:pStyle w:val="ListBullet"/>
      </w:pPr>
      <w:r>
        <w:t>🔥 选址秘诀：选在奶茶店附近20米，截流年轻客群</w:t>
      </w:r>
    </w:p>
    <w:p>
      <w:pPr>
        <w:pStyle w:val="ListBullet"/>
      </w:pPr>
      <w:r>
        <w:t>📸 视觉营销：准备暖色灯照射产品，香味飘3米外就能吸引顾客</w:t>
      </w:r>
    </w:p>
    <w:p>
      <w:pPr>
        <w:pStyle w:val="ListBullet"/>
      </w:pPr>
      <w:r>
        <w:t>🍽️ 加料升级：可加海带丝、藕片（成本+0.5元，售价+2元）</w:t>
      </w:r>
    </w:p>
    <w:p>
      <w:pPr>
        <w:pStyle w:val="ListBullet"/>
      </w:pPr>
      <w:r>
        <w:t>⏱️ 出餐速度：提前将土豆切好泡水，出摊直接炸，30秒出一份</w:t>
      </w:r>
    </w:p>
    <w:p>
      <w:pPr>
        <w:pStyle w:val="ListBullet"/>
      </w:pPr>
      <w:r>
        <w:t>📱 社交货币：设置"拍照发朋友圈送酸梅汤"活动，免费引流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37719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小吃配方_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pPr>
        <w:pStyle w:val="Heading1"/>
      </w:pPr>
      <w:r>
        <w:t>📈 每日收益预估</w:t>
      </w:r>
    </w:p>
    <w:p>
      <w:r>
        <w:rPr>
          <w:b/>
        </w:rPr>
        <w:t>保守估计：</w:t>
      </w:r>
      <w:r>
        <w:t>每小时卖30份，晚市4小时 = 120份/天</w:t>
      </w:r>
    </w:p>
    <w:p>
      <w:r>
        <w:rPr>
          <w:b/>
        </w:rPr>
        <w:t>日营收：</w:t>
      </w:r>
      <w:r>
        <w:t>120份 × 10元 = 1200元</w:t>
      </w:r>
    </w:p>
    <w:p>
      <w:r>
        <w:rPr>
          <w:b/>
        </w:rPr>
        <w:t>日成本：</w:t>
      </w:r>
      <w:r>
        <w:t>120份 × 1.5元 = 180元</w:t>
      </w:r>
    </w:p>
    <w:p>
      <w:r>
        <w:rPr>
          <w:b/>
        </w:rPr>
        <w:t>日利润：</w:t>
      </w:r>
      <w:r>
        <w:t>1200 - 180 = 1020元</w:t>
      </w:r>
    </w:p>
    <w:p>
      <w:r>
        <w:rPr>
          <w:b/>
        </w:rPr>
        <w:t>月利润：</w:t>
      </w:r>
      <w:r>
        <w:t>约30,000元 🚀</w:t>
      </w:r>
    </w:p>
    <w:p/>
    <w:p>
      <w:pPr>
        <w:jc w:val="center"/>
      </w:pPr>
      <w:r>
        <w:rPr>
          <w:i/>
        </w:rPr>
        <w:t>—— 懒人知识库 · 小吃配方系列 ——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