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  <w:jc w:val="center"/>
      </w:pPr>
      <w:r>
        <w:t>狼牙土豆</w:t>
      </w:r>
    </w:p>
    <w:p>
      <w:pPr>
        <w:jc w:val="center"/>
      </w:pPr>
      <w:r>
        <w:t>🔥 夜市爆款，外酥里嫩，5分钟出餐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4572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狼牙土豆配图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1"/>
      </w:pPr>
      <w:r>
        <w:t>💰 成本利润分析</w:t>
      </w:r>
    </w:p>
    <w:p>
      <w:r>
        <w:rPr>
          <w:b/>
        </w:rPr>
        <w:t>成本：</w:t>
      </w:r>
      <w:r>
        <w:t>1.3元/份</w:t>
        <w:br/>
      </w:r>
      <w:r>
        <w:rPr>
          <w:b/>
        </w:rPr>
        <w:t>售价：</w:t>
      </w:r>
      <w:r>
        <w:t>10元/份</w:t>
        <w:br/>
      </w:r>
      <w:r>
        <w:rPr>
          <w:b/>
        </w:rPr>
        <w:t>利润：</w:t>
      </w:r>
      <w:r>
        <w:t>8.7元/份</w:t>
        <w:br/>
      </w:r>
      <w:r>
        <w:rPr>
          <w:b/>
        </w:rPr>
        <w:t>毛利率：</w:t>
      </w:r>
      <w:r>
        <w:t>87%</w:t>
      </w:r>
    </w:p>
    <w:p>
      <w:pPr>
        <w:pStyle w:val="Heading1"/>
      </w:pPr>
      <w:r>
        <w:t>📋 食材清单</w:t>
      </w:r>
    </w:p>
    <w:p>
      <w:r>
        <w:t>• 土豆 2-3个(约500g)</w:t>
      </w:r>
    </w:p>
    <w:p>
      <w:r>
        <w:t>• 葱花、香菜 适量</w:t>
      </w:r>
    </w:p>
    <w:p>
      <w:r>
        <w:t>• 蒜末 1勺</w:t>
      </w:r>
    </w:p>
    <w:p>
      <w:r>
        <w:t>• 小米辣 2-3个</w:t>
      </w:r>
    </w:p>
    <w:p>
      <w:r>
        <w:t>• 孜然粉、辣椒粉、花椒粉 各1勺</w:t>
      </w:r>
    </w:p>
    <w:p>
      <w:r>
        <w:t>• 生抽 2勺、醋 1勺</w:t>
      </w:r>
    </w:p>
    <w:p>
      <w:r>
        <w:t>• 食用油 适量</w:t>
      </w:r>
    </w:p>
    <w:p>
      <w:pPr>
        <w:pStyle w:val="Heading1"/>
      </w:pPr>
      <w:r>
        <w:t>👨‍🍳 制作步骤</w:t>
      </w:r>
    </w:p>
    <w:p>
      <w:r>
        <w:t>1. 土豆洗净，用波浪刀切成条状(约1cm宽)</w:t>
      </w:r>
    </w:p>
    <w:p>
      <w:r>
        <w:t>2. 清水浸泡10分钟，去除淀粉</w:t>
      </w:r>
    </w:p>
    <w:p>
      <w:r>
        <w:t>3. 油温六成热，下土豆条炸至金黄捞出</w:t>
      </w:r>
    </w:p>
    <w:p>
      <w:r>
        <w:t>4. 热锅留底油，爆香蒜末、小米辣</w:t>
      </w:r>
    </w:p>
    <w:p>
      <w:r>
        <w:t>5. 加入孜然粉、辣椒粉、花椒粉炒香</w:t>
      </w:r>
    </w:p>
    <w:p>
      <w:r>
        <w:t>6. 倒入土豆条，加生抽、醋、白糖、盐</w:t>
      </w:r>
    </w:p>
    <w:p>
      <w:r>
        <w:t>7. 大火翻炒1分钟，撒葱花、香菜、白芝麻</w:t>
      </w:r>
    </w:p>
    <w:p>
      <w:r>
        <w:t>8. 出锅装盘即可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6096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狼牙土豆文案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💡 经营建议</w:t>
      </w:r>
    </w:p>
    <w:p>
      <w:r>
        <w:t>• 选址：夜市、学校门口、商业街</w:t>
      </w:r>
    </w:p>
    <w:p>
      <w:r>
        <w:t>• 时间：下午5点-晚上10点</w:t>
      </w:r>
    </w:p>
    <w:p>
      <w:r>
        <w:t>• 日销量预估：50-100份</w:t>
      </w:r>
    </w:p>
    <w:p>
      <w:r>
        <w:t>• 日利润预估：400-800元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